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lftitle"/>
      </w:pPr>
      <w:r>
        <w:t>Your Book Title</w:t>
      </w:r>
    </w:p>
    <w:p>
      <w:r>
        <w:br w:type="page"/>
      </w:r>
    </w:p>
    <w:p>
      <w:r>
        <w:br w:type="page"/>
      </w:r>
    </w:p>
    <w:p>
      <w:pPr>
        <w:pStyle w:val="Title"/>
      </w:pPr>
      <w:r>
        <w:t>Your Book Title</w:t>
      </w:r>
    </w:p>
    <w:p>
      <w:pPr>
        <w:pStyle w:val="Subtitle"/>
      </w:pPr>
      <w:r>
        <w:t>Your subtitle if needed</w:t>
      </w:r>
    </w:p>
    <w:p>
      <w:pPr>
        <w:pStyle w:val="Author"/>
      </w:pPr>
      <w:r>
        <w:t>Author name</w:t>
      </w:r>
    </w:p>
    <w:p>
      <w:r>
        <w:br w:type="page"/>
      </w:r>
    </w:p>
    <w:p>
      <w:pPr>
        <w:pStyle w:val="Frontmatter"/>
      </w:pPr>
      <w:r>
        <w:t>Copyright © [Year] [Copyright holder]</w:t>
      </w:r>
    </w:p>
    <w:p>
      <w:pPr>
        <w:pStyle w:val="Frontmatter"/>
      </w:pPr>
      <w:r>
        <w:t>All rights reserved.</w:t>
      </w:r>
    </w:p>
    <w:p>
      <w:pPr>
        <w:pStyle w:val="Frontmatter"/>
        <w:spacing w:before="320"/>
      </w:pPr>
      <w:r>
        <w:t>First published [Year]</w:t>
      </w:r>
    </w:p>
    <w:p>
      <w:pPr>
        <w:pStyle w:val="Frontmatter"/>
      </w:pPr>
      <w:r>
        <w:t>[Publisher or imprint name]</w:t>
      </w:r>
    </w:p>
    <w:p>
      <w:pPr>
        <w:pStyle w:val="Frontmatter"/>
      </w:pPr>
      <w:r>
        <w:t>[Publisher website or contact details, if wanted]</w:t>
      </w:r>
    </w:p>
    <w:p>
      <w:pPr>
        <w:pStyle w:val="Frontmatter"/>
      </w:pPr>
      <w:r>
        <w:t>[Edition or impression, if applicable]</w:t>
      </w:r>
    </w:p>
    <w:p>
      <w:pPr>
        <w:pStyle w:val="Frontmatter"/>
        <w:spacing w:before="320"/>
      </w:pPr>
      <w:r>
        <w:t>ISBN: [ISBN for this edition and format, if assigned]</w:t>
      </w:r>
    </w:p>
    <w:p>
      <w:pPr>
        <w:pStyle w:val="Frontmatter"/>
      </w:pPr>
      <w:r>
        <w:t>[Cover, illustration and photography credits, if applicable]</w:t>
      </w:r>
    </w:p>
    <w:p>
      <w:pPr>
        <w:pStyle w:val="Frontmatter"/>
      </w:pPr>
      <w:r>
        <w:t>[Permissions acknowledgements, if applicable]</w:t>
      </w:r>
    </w:p>
    <w:p>
      <w:r>
        <w:br w:type="page"/>
      </w:r>
    </w:p>
    <w:p>
      <w:pPr>
        <w:pStyle w:val="Dedication"/>
      </w:pPr>
      <w:r>
        <w:t>[Your dedication, if wanted]</w:t>
      </w:r>
    </w:p>
    <w:p>
      <w:pPr>
        <w:sectPr>
          <w:pgSz w:w="7313" w:h="11225"/>
          <w:pgMar w:top="1020" w:right="964" w:bottom="1247" w:left="1304" w:header="680" w:footer="737" w:gutter="0"/>
          <w:cols w:space="720"/>
          <w:docGrid w:linePitch="360"/>
          <w:pgNumType w:fmt="lowerRoman" w:start="1"/>
        </w:sectPr>
      </w:pPr>
    </w:p>
    <w:p>
      <w:pPr>
        <w:pStyle w:val="Heading1"/>
        <w:pageBreakBefore w:val="0"/>
      </w:pPr>
      <w:r>
        <w:t>Chapter one</w:t>
      </w:r>
    </w:p>
    <w:p>
      <w:pPr>
        <w:pStyle w:val="Firstparagraph"/>
      </w:pPr>
      <w:r>
        <w:t>Replace this with the opening paragraph of your chapter. The First paragraph style has no first-line indent.</w:t>
      </w:r>
    </w:p>
    <w:p>
      <w:pPr>
        <w:pStyle w:val="Booktext"/>
      </w:pPr>
      <w:r>
        <w:t xml:space="preserve">Continue your manuscript here using Book text. Its first line is indented automatically. Keep meaningful </w:t>
      </w:r>
      <w:r>
        <w:rPr>
          <w:i/>
        </w:rPr>
        <w:t>italics</w:t>
      </w:r>
      <w:r>
        <w:t xml:space="preserve"> and other emphasis when bringing in your text.</w:t>
      </w:r>
    </w:p>
    <w:p>
      <w:pPr>
        <w:pStyle w:val="Scenebreak"/>
      </w:pPr>
      <w:r>
        <w:t>* * *</w:t>
      </w:r>
    </w:p>
    <w:p>
      <w:pPr>
        <w:pStyle w:val="Firstparagraph"/>
      </w:pPr>
      <w:r>
        <w:t>Start a new scene with First paragraph, then continue with Book text.</w:t>
      </w:r>
    </w:p>
    <w:p>
      <w:pPr>
        <w:pStyle w:val="Heading1"/>
      </w:pPr>
      <w:r>
        <w:t>Chapter two</w:t>
      </w:r>
    </w:p>
    <w:p>
      <w:pPr>
        <w:pStyle w:val="Firstparagraph"/>
      </w:pPr>
      <w:r>
        <w:t>Replace this with the opening paragraph of your chapter. The First paragraph style has no first-line indent.</w:t>
      </w:r>
    </w:p>
    <w:p>
      <w:pPr>
        <w:pStyle w:val="Booktext"/>
      </w:pPr>
      <w:r>
        <w:t xml:space="preserve">Continue your manuscript here using Book text. Its first line is indented automatically. Keep meaningful </w:t>
      </w:r>
      <w:r>
        <w:rPr>
          <w:i/>
        </w:rPr>
        <w:t>italics</w:t>
      </w:r>
      <w:r>
        <w:t xml:space="preserve"> and other emphasis when bringing in your text.</w:t>
      </w:r>
    </w:p>
    <w:p>
      <w:pPr>
        <w:pStyle w:val="Scenebreak"/>
      </w:pPr>
      <w:r>
        <w:t>* * *</w:t>
      </w:r>
    </w:p>
    <w:p>
      <w:pPr>
        <w:pStyle w:val="Firstparagraph"/>
      </w:pPr>
      <w:r>
        <w:t>Start a new scene with First paragraph, then continue with Book text.</w:t>
      </w:r>
    </w:p>
    <w:p>
      <w:pPr>
        <w:pStyle w:val="Heading1"/>
      </w:pPr>
      <w:r>
        <w:t>Acknowledgements</w:t>
      </w:r>
    </w:p>
    <w:p>
      <w:pPr>
        <w:pStyle w:val="Firstparagraph"/>
      </w:pPr>
      <w:r>
        <w:t>[Thank the people who helped with your book, or remove this optional page.]</w:t>
      </w:r>
    </w:p>
    <w:p>
      <w:pPr>
        <w:pStyle w:val="Heading1"/>
      </w:pPr>
      <w:r>
        <w:t>About the author</w:t>
      </w:r>
    </w:p>
    <w:p>
      <w:pPr>
        <w:pStyle w:val="Firstparagraph"/>
      </w:pPr>
      <w:r>
        <w:t>[Add a short author biography and, if wanted, your website. Remove this page if you do not need it.]</w:t>
      </w:r>
    </w:p>
    <w:sectPr w:rsidR="00FC693F" w:rsidRPr="0006063C" w:rsidSect="00034616">
      <w:footerReference w:type="default" r:id="rId9"/>
      <w:type w:val="oddPage"/>
      <w:pgSz w:w="7313" w:h="11225"/>
      <w:pgMar w:top="1020" w:right="964" w:bottom="1247" w:left="1304" w:header="680" w:footer="737" w:gutter="0"/>
      <w:cols w:space="720"/>
      <w:docGrid w:linePitch="36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mirrorMargins/>
  <w:autoHyphenation w:val="true"/>
  <w:consecutiveHyphenLimit w:val="2"/>
  <w:doNotHyphenateCap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0" w:line="290" w:lineRule="exact"/>
      <w:ind w:firstLine="0"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keepNext w:val="0"/>
      <w:keepLines w:val="0"/>
      <w:widowControl/>
      <w:tabs>
        <w:tab w:val="center" w:pos="4680"/>
        <w:tab w:val="right" w:pos="9360"/>
      </w:tabs>
      <w:spacing w:after="0" w:line="220" w:lineRule="exact" w:before="0"/>
      <w:ind w:firstLine="0"/>
      <w:jc w:val="center"/>
    </w:pPr>
    <w:rPr>
      <w:b w:val="0"/>
      <w:i w:val="0"/>
      <w:sz w:val="18"/>
      <w:u w:val="none"/>
      <w:rFonts w:ascii="Georgia" w:hAnsi="Georgia" w:eastAsia="Georgia" w:cs="Georgia"/>
      <w:color w:val="000000"/>
      <w:lang w:val="en-GB"/>
    </w:rPr>
    <w:qFormat/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Firstparagraph"/>
    <w:link w:val="Heading1Char"/>
    <w:uiPriority w:val="9"/>
    <w:qFormat/>
    <w:rsid w:val="00FC693F"/>
    <w:pPr>
      <w:keepNext/>
      <w:keepLines w:val="0"/>
      <w:pageBreakBefore/>
      <w:widowControl/>
      <w:spacing w:before="0" w:after="460" w:line="500" w:lineRule="exact"/>
      <w:ind w:firstLine="0"/>
      <w:jc w:val="left"/>
      <w:outlineLvl w:val="0"/>
      <w:suppressAutoHyphens/>
    </w:pPr>
    <w:rPr>
      <w:b w:val="0"/>
      <w:bCs/>
      <w:i w:val="0"/>
      <w:sz w:val="38"/>
      <w:szCs w:val="28"/>
      <w:u w:val="none"/>
      <w:rFonts w:ascii="Georgia" w:hAnsi="Georgia" w:eastAsia="Georgia" w:cs="Georgia"/>
      <w:color w:val="000000"/>
      <w:lang w:val="en-GB"/>
    </w:rPr>
    <w:qFormat/>
    <w:aliases w:val="Chapter title"/>
  </w:style>
  <w:style w:type="paragraph" w:styleId="Heading2">
    <w:name w:val="heading 2"/>
    <w:basedOn w:val="Normal"/>
    <w:next w:val="Firstparagraph"/>
    <w:link w:val="Heading2Char"/>
    <w:uiPriority w:val="9"/>
    <w:unhideWhenUsed/>
    <w:qFormat/>
    <w:rsid w:val="00FC693F"/>
    <w:pPr>
      <w:keepNext/>
      <w:keepLines w:val="0"/>
      <w:widowControl/>
      <w:spacing w:before="340" w:after="140" w:line="340" w:lineRule="exact"/>
      <w:ind w:firstLine="0"/>
      <w:jc w:val="left"/>
      <w:outlineLvl w:val="1"/>
      <w:suppressAutoHyphens/>
    </w:pPr>
    <w:rPr>
      <w:b/>
      <w:bCs/>
      <w:i w:val="0"/>
      <w:sz w:val="26"/>
      <w:szCs w:val="26"/>
      <w:u w:val="none"/>
      <w:rFonts w:ascii="Georgia" w:hAnsi="Georgia" w:eastAsia="Georgia" w:cs="Georgia"/>
      <w:color w:val="000000"/>
      <w:lang w:val="en-GB"/>
    </w:rPr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spacing w:after="400" w:line="700" w:lineRule="exact" w:before="1400"/>
      <w:ind w:firstLine="0"/>
      <w:contextualSpacing/>
      <w:jc w:val="left"/>
      <w:suppressAutoHyphens/>
    </w:pPr>
    <w:rPr>
      <w:b w:val="0"/>
      <w:i w:val="0"/>
      <w:spacing w:val="5"/>
      <w:kern w:val="28"/>
      <w:sz w:val="56"/>
      <w:szCs w:val="52"/>
      <w:u w:val="none"/>
      <w:rFonts w:ascii="Georgia" w:hAnsi="Georgia" w:eastAsia="Georgia" w:cs="Georgia"/>
      <w:color w:val="000000"/>
      <w:lang w:val="en-GB"/>
    </w:rPr>
    <w:qFormat/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800" w:line="290" w:lineRule="exact"/>
      <w:ind w:firstLine="0"/>
      <w:jc w:val="left"/>
      <w:suppressAutoHyphens/>
    </w:pPr>
    <w:rPr>
      <w:b w:val="0"/>
      <w:i/>
      <w:iCs/>
      <w:spacing w:val="15"/>
      <w:sz w:val="22"/>
      <w:szCs w:val="24"/>
      <w:u w:val="none"/>
      <w:rFonts w:ascii="Georgia" w:hAnsi="Georgia" w:eastAsia="Georgia" w:cs="Georgia"/>
      <w:color w:val="000000"/>
      <w:lang w:val="en-GB"/>
    </w:rPr>
    <w:qFormat/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 w:val="0"/>
      <w:widowControl/>
      <w:numPr>
        <w:numId w:val="1"/>
      </w:numPr>
      <w:spacing w:before="0" w:after="100" w:line="290" w:lineRule="exact"/>
      <w:ind w:left="340" w:hanging="227"/>
      <w:contextualSpacing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keepNext w:val="0"/>
      <w:keepLines w:val="0"/>
      <w:widowControl/>
      <w:numPr>
        <w:numId w:val="5"/>
      </w:numPr>
      <w:spacing w:before="0" w:after="100" w:line="290" w:lineRule="exact"/>
      <w:ind w:left="340" w:hanging="227"/>
      <w:contextualSpacing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oktext">
    <w:name w:val="Book text"/>
    <w:basedOn w:val="Normal"/>
    <w:pPr>
      <w:keepNext w:val="0"/>
      <w:keepLines w:val="0"/>
      <w:widowControl/>
      <w:spacing w:before="0" w:after="0" w:line="290" w:lineRule="exact"/>
      <w:ind w:firstLine="227"/>
      <w:jc w:val="both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Firstparagraph">
    <w:name w:val="First paragraph"/>
    <w:basedOn w:val="Normal"/>
    <w:pPr>
      <w:keepNext w:val="0"/>
      <w:keepLines w:val="0"/>
      <w:widowControl/>
      <w:spacing w:before="0" w:after="0" w:line="290" w:lineRule="exact"/>
      <w:ind w:firstLine="0"/>
      <w:jc w:val="both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next w:val="Booktext"/>
    <w:qFormat/>
  </w:style>
  <w:style w:type="paragraph" w:customStyle="1" w:styleId="Author">
    <w:name w:val="Author"/>
    <w:basedOn w:val="Normal"/>
    <w:pPr>
      <w:keepNext w:val="0"/>
      <w:keepLines w:val="0"/>
      <w:widowControl/>
      <w:spacing w:before="0" w:after="0" w:line="290" w:lineRule="exact"/>
      <w:ind w:firstLine="0"/>
      <w:jc w:val="left"/>
    </w:pPr>
    <w:rPr>
      <w:b w:val="0"/>
      <w:i w:val="0"/>
      <w:sz w:val="24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Halftitle">
    <w:name w:val="Half title"/>
    <w:basedOn w:val="Normal"/>
    <w:pPr>
      <w:keepNext w:val="0"/>
      <w:keepLines w:val="0"/>
      <w:widowControl/>
      <w:spacing w:before="1400" w:after="0" w:line="440" w:lineRule="exact"/>
      <w:ind w:firstLine="0"/>
      <w:jc w:val="left"/>
      <w:suppressAutoHyphens/>
    </w:pPr>
    <w:rPr>
      <w:b w:val="0"/>
      <w:i w:val="0"/>
      <w:sz w:val="34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Dedication">
    <w:name w:val="Dedication"/>
    <w:basedOn w:val="Normal"/>
    <w:pPr>
      <w:keepNext w:val="0"/>
      <w:keepLines w:val="0"/>
      <w:widowControl/>
      <w:spacing w:before="1800" w:after="0" w:line="290" w:lineRule="exact"/>
      <w:ind w:firstLine="0"/>
      <w:jc w:val="center"/>
      <w:suppressAutoHyphens/>
    </w:pPr>
    <w:rPr>
      <w:b w:val="0"/>
      <w:i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Frontheading">
    <w:name w:val="Front heading"/>
    <w:basedOn w:val="Normal"/>
    <w:pPr>
      <w:keepNext/>
      <w:keepLines w:val="0"/>
      <w:widowControl/>
      <w:spacing w:before="0" w:after="460" w:line="500" w:lineRule="exact"/>
      <w:ind w:firstLine="0"/>
      <w:jc w:val="left"/>
      <w:outlineLvl w:val="0"/>
      <w:suppressAutoHyphens/>
    </w:pPr>
    <w:rPr>
      <w:b w:val="0"/>
      <w:i w:val="0"/>
      <w:sz w:val="38"/>
      <w:u w:val="none"/>
      <w:rFonts w:ascii="Georgia" w:hAnsi="Georgia" w:eastAsia="Georgia" w:cs="Georgia"/>
      <w:color w:val="000000"/>
      <w:lang w:val="en-GB"/>
    </w:rPr>
    <w:next w:val="Firstparagraph"/>
    <w:qFormat/>
  </w:style>
  <w:style w:type="paragraph" w:customStyle="1" w:styleId="Frontmatter">
    <w:name w:val="Front matter"/>
    <w:basedOn w:val="Normal"/>
    <w:pPr>
      <w:keepNext w:val="0"/>
      <w:keepLines w:val="0"/>
      <w:widowControl/>
      <w:spacing w:before="0" w:after="160" w:line="240" w:lineRule="exact"/>
      <w:ind w:firstLine="0"/>
      <w:jc w:val="left"/>
      <w:suppressAutoHyphens/>
    </w:pPr>
    <w:rPr>
      <w:b w:val="0"/>
      <w:i w:val="0"/>
      <w:sz w:val="18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Blockquotation">
    <w:name w:val="Block quotation"/>
    <w:basedOn w:val="Normal"/>
    <w:pPr>
      <w:keepNext w:val="0"/>
      <w:keepLines w:val="0"/>
      <w:widowControl/>
      <w:spacing w:before="200" w:after="200" w:line="290" w:lineRule="exact"/>
      <w:ind w:firstLine="0" w:left="340" w:right="340"/>
      <w:jc w:val="left"/>
    </w:pPr>
    <w:rPr>
      <w:b w:val="0"/>
      <w:i w:val="0"/>
      <w:sz w:val="21"/>
      <w:u w:val="none"/>
      <w:rFonts w:ascii="Georgia" w:hAnsi="Georgia" w:eastAsia="Georgia" w:cs="Georgia"/>
      <w:color w:val="000000"/>
      <w:lang w:val="en-GB"/>
    </w:rPr>
    <w:next w:val="Firstparagraph"/>
    <w:qFormat/>
  </w:style>
  <w:style w:type="paragraph" w:customStyle="1" w:styleId="Scenebreak">
    <w:name w:val="Scene break"/>
    <w:basedOn w:val="Normal"/>
    <w:pPr>
      <w:keepNext/>
      <w:keepLines w:val="0"/>
      <w:widowControl/>
      <w:spacing w:before="200" w:after="200" w:line="290" w:lineRule="exact"/>
      <w:ind w:firstLine="0"/>
      <w:jc w:val="center"/>
    </w:pPr>
    <w:rPr>
      <w:b w:val="0"/>
      <w:i w:val="0"/>
      <w:sz w:val="20"/>
      <w:u w:val="none"/>
      <w:rFonts w:ascii="Georgia" w:hAnsi="Georgia" w:eastAsia="Georgia" w:cs="Georgia"/>
      <w:color w:val="000000"/>
      <w:lang w:val="en-GB"/>
    </w:rPr>
    <w:next w:val="Firstparagraph"/>
    <w:qFormat/>
  </w:style>
  <w:style w:type="paragraph" w:customStyle="1" w:styleId="TOC1">
    <w:name w:val="TOC 1"/>
    <w:basedOn w:val="Normal"/>
    <w:pPr>
      <w:keepNext w:val="0"/>
      <w:keepLines w:val="0"/>
      <w:widowControl/>
      <w:spacing w:before="0" w:after="140" w:line="300" w:lineRule="exact"/>
      <w:ind w:firstLine="0"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TOC2">
    <w:name w:val="TOC 2"/>
    <w:basedOn w:val="Normal"/>
    <w:pPr>
      <w:keepNext w:val="0"/>
      <w:keepLines w:val="0"/>
      <w:widowControl/>
      <w:spacing w:before="0" w:after="140" w:line="300" w:lineRule="exact"/>
      <w:ind w:firstLine="0" w:left="283"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Book Title</dc:title>
  <dc:subject>Editable book interior layout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  <dc:language>en-GB</dc:language>
</cp:coreProperties>
</file>